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80"/>
        <w:jc w:val="center"/>
      </w:pPr>
      <w:r>
        <w:rPr>
          <w:rFonts w:ascii="Calibri" w:hAnsi="Calibri"/>
          <w:b/>
          <w:color w:val="1F4E79"/>
          <w:sz w:val="36"/>
        </w:rPr>
        <w:t>Kitap Okuma Takip Çizelgesi (Öğretmen / Veli Sürümü)</w:t>
      </w:r>
    </w:p>
    <w:p>
      <w:pPr>
        <w:spacing w:after="280"/>
        <w:jc w:val="left"/>
      </w:pPr>
      <w:r>
        <w:rPr>
          <w:rFonts w:ascii="Calibri" w:hAnsi="Calibri"/>
          <w:b/>
          <w:sz w:val="22"/>
        </w:rPr>
        <w:t xml:space="preserve">Öğrenci Adı: </w:t>
      </w:r>
      <w:r>
        <w:rPr>
          <w:sz w:val="22"/>
        </w:rPr>
        <w:t xml:space="preserve">....................................................    </w:t>
      </w:r>
      <w:r>
        <w:rPr>
          <w:rFonts w:ascii="Calibri" w:hAnsi="Calibri"/>
          <w:b/>
          <w:sz w:val="22"/>
        </w:rPr>
        <w:t xml:space="preserve">Sınıfı: </w:t>
      </w:r>
      <w:r>
        <w:rPr>
          <w:sz w:val="22"/>
        </w:rPr>
        <w:t xml:space="preserve">....................    </w:t>
      </w:r>
      <w:r>
        <w:rPr>
          <w:rFonts w:ascii="Calibri" w:hAnsi="Calibri"/>
          <w:b/>
          <w:sz w:val="22"/>
        </w:rPr>
        <w:t xml:space="preserve">Dönem / Yıl: </w:t>
      </w:r>
      <w:r>
        <w:rPr>
          <w:sz w:val="22"/>
        </w:rPr>
        <w:t>....................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888"/>
        <w:gridCol w:w="1888"/>
        <w:gridCol w:w="1888"/>
        <w:gridCol w:w="1888"/>
        <w:gridCol w:w="1888"/>
        <w:gridCol w:w="1888"/>
        <w:gridCol w:w="1888"/>
        <w:gridCol w:w="1888"/>
      </w:tblGrid>
      <w:tr>
        <w:trPr>
          <w:cantSplit/>
          <w:trHeight w:val="504"/>
        </w:trPr>
        <w:tc>
          <w:tcPr>
            <w:tcW w:type="dxa" w:w="864"/>
            <w:shd w:fill="1F4E79"/>
          </w:tcPr>
          <w:p>
            <w:pPr>
              <w:jc w:val="center"/>
            </w:pPr>
            <w:r>
              <w:rPr>
                <w:rFonts w:ascii="Calibri" w:hAnsi="Calibri"/>
                <w:b/>
                <w:color w:val="FFFFFF"/>
                <w:sz w:val="21"/>
              </w:rPr>
              <w:t>S.N.</w:t>
            </w:r>
          </w:p>
        </w:tc>
        <w:tc>
          <w:tcPr>
            <w:tcW w:type="dxa" w:w="4032"/>
            <w:shd w:fill="1F4E79"/>
          </w:tcPr>
          <w:p>
            <w:pPr>
              <w:jc w:val="center"/>
            </w:pPr>
            <w:r>
              <w:rPr>
                <w:rFonts w:ascii="Calibri" w:hAnsi="Calibri"/>
                <w:b/>
                <w:color w:val="FFFFFF"/>
                <w:sz w:val="21"/>
              </w:rPr>
              <w:t>Kitabın Adı</w:t>
            </w:r>
          </w:p>
        </w:tc>
        <w:tc>
          <w:tcPr>
            <w:tcW w:type="dxa" w:w="3168"/>
            <w:shd w:fill="1F4E79"/>
          </w:tcPr>
          <w:p>
            <w:pPr>
              <w:jc w:val="center"/>
            </w:pPr>
            <w:r>
              <w:rPr>
                <w:rFonts w:ascii="Calibri" w:hAnsi="Calibri"/>
                <w:b/>
                <w:color w:val="FFFFFF"/>
                <w:sz w:val="21"/>
              </w:rPr>
              <w:t>Yazarı</w:t>
            </w:r>
          </w:p>
        </w:tc>
        <w:tc>
          <w:tcPr>
            <w:tcW w:type="dxa" w:w="1584"/>
            <w:shd w:fill="1F4E79"/>
          </w:tcPr>
          <w:p>
            <w:pPr>
              <w:jc w:val="center"/>
            </w:pPr>
            <w:r>
              <w:rPr>
                <w:rFonts w:ascii="Calibri" w:hAnsi="Calibri"/>
                <w:b/>
                <w:color w:val="FFFFFF"/>
                <w:sz w:val="21"/>
              </w:rPr>
              <w:t>Sayfa Sayısı</w:t>
            </w:r>
          </w:p>
        </w:tc>
        <w:tc>
          <w:tcPr>
            <w:tcW w:type="dxa" w:w="1728"/>
            <w:shd w:fill="1F4E79"/>
          </w:tcPr>
          <w:p>
            <w:pPr>
              <w:jc w:val="center"/>
            </w:pPr>
            <w:r>
              <w:rPr>
                <w:rFonts w:ascii="Calibri" w:hAnsi="Calibri"/>
                <w:b/>
                <w:color w:val="FFFFFF"/>
                <w:sz w:val="21"/>
              </w:rPr>
              <w:t>Başlama Tarihi</w:t>
            </w:r>
          </w:p>
        </w:tc>
        <w:tc>
          <w:tcPr>
            <w:tcW w:type="dxa" w:w="1728"/>
            <w:shd w:fill="1F4E79"/>
          </w:tcPr>
          <w:p>
            <w:pPr>
              <w:jc w:val="center"/>
            </w:pPr>
            <w:r>
              <w:rPr>
                <w:rFonts w:ascii="Calibri" w:hAnsi="Calibri"/>
                <w:b/>
                <w:color w:val="FFFFFF"/>
                <w:sz w:val="21"/>
              </w:rPr>
              <w:t>Bitiş Tarihi</w:t>
            </w:r>
          </w:p>
        </w:tc>
        <w:tc>
          <w:tcPr>
            <w:tcW w:type="dxa" w:w="1728"/>
            <w:shd w:fill="1F4E79"/>
          </w:tcPr>
          <w:p>
            <w:pPr>
              <w:jc w:val="center"/>
            </w:pPr>
            <w:r>
              <w:rPr>
                <w:rFonts w:ascii="Calibri" w:hAnsi="Calibri"/>
                <w:b/>
                <w:color w:val="FFFFFF"/>
                <w:sz w:val="21"/>
              </w:rPr>
              <w:t>Veli İmzası</w:t>
            </w:r>
          </w:p>
        </w:tc>
        <w:tc>
          <w:tcPr>
            <w:tcW w:type="dxa" w:w="1728"/>
            <w:shd w:fill="1F4E79"/>
          </w:tcPr>
          <w:p>
            <w:pPr>
              <w:jc w:val="center"/>
            </w:pPr>
            <w:r>
              <w:rPr>
                <w:rFonts w:ascii="Calibri" w:hAnsi="Calibri"/>
                <w:b/>
                <w:color w:val="FFFFFF"/>
                <w:sz w:val="21"/>
              </w:rPr>
              <w:t>Öğretmen Notu</w:t>
            </w:r>
          </w:p>
        </w:tc>
      </w:tr>
      <w:tr>
        <w:trPr>
          <w:cantSplit/>
          <w:trHeight w:val="461"/>
        </w:trPr>
        <w:tc>
          <w:tcPr>
            <w:tcW w:type="dxa" w:w="864"/>
            <w:vAlign w:val="center"/>
            <w:shd w:fill="FFFFFF"/>
          </w:tcPr>
          <w:p>
            <w:pPr>
              <w:spacing w:after="0" w:before="0"/>
              <w:jc w:val="center"/>
            </w:pPr>
            <w:r>
              <w:rPr>
                <w:rFonts w:ascii="Calibri" w:hAnsi="Calibri"/>
                <w:b/>
                <w:color w:val="505050"/>
                <w:sz w:val="20"/>
              </w:rPr>
              <w:t>1</w:t>
            </w:r>
          </w:p>
        </w:tc>
        <w:tc>
          <w:tcPr>
            <w:tcW w:type="dxa" w:w="4032"/>
            <w:vAlign w:val="center"/>
            <w:shd w:fill="FFFFFF"/>
          </w:tcPr>
          <w:p>
            <w:pPr>
              <w:spacing w:after="0" w:before="0"/>
            </w:pPr>
          </w:p>
        </w:tc>
        <w:tc>
          <w:tcPr>
            <w:tcW w:type="dxa" w:w="3168"/>
            <w:vAlign w:val="center"/>
            <w:shd w:fill="FFFFFF"/>
          </w:tcPr>
          <w:p>
            <w:pPr>
              <w:spacing w:after="0" w:before="0"/>
            </w:pPr>
          </w:p>
        </w:tc>
        <w:tc>
          <w:tcPr>
            <w:tcW w:type="dxa" w:w="1584"/>
            <w:vAlign w:val="center"/>
            <w:shd w:fill="FFFFFF"/>
          </w:tcPr>
          <w:p>
            <w:pPr>
              <w:spacing w:after="0" w:before="0"/>
            </w:pPr>
          </w:p>
        </w:tc>
        <w:tc>
          <w:tcPr>
            <w:tcW w:type="dxa" w:w="1728"/>
            <w:vAlign w:val="center"/>
            <w:shd w:fill="FFFFFF"/>
          </w:tcPr>
          <w:p>
            <w:pPr>
              <w:spacing w:after="0" w:before="0"/>
            </w:pPr>
          </w:p>
        </w:tc>
        <w:tc>
          <w:tcPr>
            <w:tcW w:type="dxa" w:w="1728"/>
            <w:vAlign w:val="center"/>
            <w:shd w:fill="FFFFFF"/>
          </w:tcPr>
          <w:p>
            <w:pPr>
              <w:spacing w:after="0" w:before="0"/>
            </w:pPr>
          </w:p>
        </w:tc>
        <w:tc>
          <w:tcPr>
            <w:tcW w:type="dxa" w:w="1728"/>
            <w:vAlign w:val="center"/>
            <w:shd w:fill="FFFFFF"/>
          </w:tcPr>
          <w:p>
            <w:pPr>
              <w:spacing w:after="0" w:before="0"/>
            </w:pPr>
          </w:p>
        </w:tc>
        <w:tc>
          <w:tcPr>
            <w:tcW w:type="dxa" w:w="1728"/>
            <w:vAlign w:val="center"/>
            <w:shd w:fill="FFFFFF"/>
          </w:tcPr>
          <w:p>
            <w:pPr>
              <w:spacing w:after="0" w:before="0"/>
            </w:pPr>
          </w:p>
        </w:tc>
      </w:tr>
      <w:tr>
        <w:trPr>
          <w:cantSplit/>
          <w:trHeight w:val="461"/>
        </w:trPr>
        <w:tc>
          <w:tcPr>
            <w:tcW w:type="dxa" w:w="864"/>
            <w:vAlign w:val="center"/>
            <w:shd w:fill="F2F2F2"/>
          </w:tcPr>
          <w:p>
            <w:pPr>
              <w:spacing w:after="0" w:before="0"/>
              <w:jc w:val="center"/>
            </w:pPr>
            <w:r>
              <w:rPr>
                <w:rFonts w:ascii="Calibri" w:hAnsi="Calibri"/>
                <w:b/>
                <w:color w:val="505050"/>
                <w:sz w:val="20"/>
              </w:rPr>
              <w:t>2</w:t>
            </w:r>
          </w:p>
        </w:tc>
        <w:tc>
          <w:tcPr>
            <w:tcW w:type="dxa" w:w="4032"/>
            <w:vAlign w:val="center"/>
            <w:shd w:fill="F2F2F2"/>
          </w:tcPr>
          <w:p>
            <w:pPr>
              <w:spacing w:after="0" w:before="0"/>
            </w:pPr>
          </w:p>
        </w:tc>
        <w:tc>
          <w:tcPr>
            <w:tcW w:type="dxa" w:w="3168"/>
            <w:vAlign w:val="center"/>
            <w:shd w:fill="F2F2F2"/>
          </w:tcPr>
          <w:p>
            <w:pPr>
              <w:spacing w:after="0" w:before="0"/>
            </w:pPr>
          </w:p>
        </w:tc>
        <w:tc>
          <w:tcPr>
            <w:tcW w:type="dxa" w:w="1584"/>
            <w:vAlign w:val="center"/>
            <w:shd w:fill="F2F2F2"/>
          </w:tcPr>
          <w:p>
            <w:pPr>
              <w:spacing w:after="0" w:before="0"/>
            </w:pPr>
          </w:p>
        </w:tc>
        <w:tc>
          <w:tcPr>
            <w:tcW w:type="dxa" w:w="1728"/>
            <w:vAlign w:val="center"/>
            <w:shd w:fill="F2F2F2"/>
          </w:tcPr>
          <w:p>
            <w:pPr>
              <w:spacing w:after="0" w:before="0"/>
            </w:pPr>
          </w:p>
        </w:tc>
        <w:tc>
          <w:tcPr>
            <w:tcW w:type="dxa" w:w="1728"/>
            <w:vAlign w:val="center"/>
            <w:shd w:fill="F2F2F2"/>
          </w:tcPr>
          <w:p>
            <w:pPr>
              <w:spacing w:after="0" w:before="0"/>
            </w:pPr>
          </w:p>
        </w:tc>
        <w:tc>
          <w:tcPr>
            <w:tcW w:type="dxa" w:w="1728"/>
            <w:vAlign w:val="center"/>
            <w:shd w:fill="F2F2F2"/>
          </w:tcPr>
          <w:p>
            <w:pPr>
              <w:spacing w:after="0" w:before="0"/>
            </w:pPr>
          </w:p>
        </w:tc>
        <w:tc>
          <w:tcPr>
            <w:tcW w:type="dxa" w:w="1728"/>
            <w:vAlign w:val="center"/>
            <w:shd w:fill="F2F2F2"/>
          </w:tcPr>
          <w:p>
            <w:pPr>
              <w:spacing w:after="0" w:before="0"/>
            </w:pPr>
          </w:p>
        </w:tc>
      </w:tr>
      <w:tr>
        <w:trPr>
          <w:cantSplit/>
          <w:trHeight w:val="461"/>
        </w:trPr>
        <w:tc>
          <w:tcPr>
            <w:tcW w:type="dxa" w:w="864"/>
            <w:vAlign w:val="center"/>
            <w:shd w:fill="FFFFFF"/>
          </w:tcPr>
          <w:p>
            <w:pPr>
              <w:spacing w:after="0" w:before="0"/>
              <w:jc w:val="center"/>
            </w:pPr>
            <w:r>
              <w:rPr>
                <w:rFonts w:ascii="Calibri" w:hAnsi="Calibri"/>
                <w:b/>
                <w:color w:val="505050"/>
                <w:sz w:val="20"/>
              </w:rPr>
              <w:t>3</w:t>
            </w:r>
          </w:p>
        </w:tc>
        <w:tc>
          <w:tcPr>
            <w:tcW w:type="dxa" w:w="4032"/>
            <w:vAlign w:val="center"/>
            <w:shd w:fill="FFFFFF"/>
          </w:tcPr>
          <w:p>
            <w:pPr>
              <w:spacing w:after="0" w:before="0"/>
            </w:pPr>
          </w:p>
        </w:tc>
        <w:tc>
          <w:tcPr>
            <w:tcW w:type="dxa" w:w="3168"/>
            <w:vAlign w:val="center"/>
            <w:shd w:fill="FFFFFF"/>
          </w:tcPr>
          <w:p>
            <w:pPr>
              <w:spacing w:after="0" w:before="0"/>
            </w:pPr>
          </w:p>
        </w:tc>
        <w:tc>
          <w:tcPr>
            <w:tcW w:type="dxa" w:w="1584"/>
            <w:vAlign w:val="center"/>
            <w:shd w:fill="FFFFFF"/>
          </w:tcPr>
          <w:p>
            <w:pPr>
              <w:spacing w:after="0" w:before="0"/>
            </w:pPr>
          </w:p>
        </w:tc>
        <w:tc>
          <w:tcPr>
            <w:tcW w:type="dxa" w:w="1728"/>
            <w:vAlign w:val="center"/>
            <w:shd w:fill="FFFFFF"/>
          </w:tcPr>
          <w:p>
            <w:pPr>
              <w:spacing w:after="0" w:before="0"/>
            </w:pPr>
          </w:p>
        </w:tc>
        <w:tc>
          <w:tcPr>
            <w:tcW w:type="dxa" w:w="1728"/>
            <w:vAlign w:val="center"/>
            <w:shd w:fill="FFFFFF"/>
          </w:tcPr>
          <w:p>
            <w:pPr>
              <w:spacing w:after="0" w:before="0"/>
            </w:pPr>
          </w:p>
        </w:tc>
        <w:tc>
          <w:tcPr>
            <w:tcW w:type="dxa" w:w="1728"/>
            <w:vAlign w:val="center"/>
            <w:shd w:fill="FFFFFF"/>
          </w:tcPr>
          <w:p>
            <w:pPr>
              <w:spacing w:after="0" w:before="0"/>
            </w:pPr>
          </w:p>
        </w:tc>
        <w:tc>
          <w:tcPr>
            <w:tcW w:type="dxa" w:w="1728"/>
            <w:vAlign w:val="center"/>
            <w:shd w:fill="FFFFFF"/>
          </w:tcPr>
          <w:p>
            <w:pPr>
              <w:spacing w:after="0" w:before="0"/>
            </w:pPr>
          </w:p>
        </w:tc>
      </w:tr>
      <w:tr>
        <w:trPr>
          <w:cantSplit/>
          <w:trHeight w:val="461"/>
        </w:trPr>
        <w:tc>
          <w:tcPr>
            <w:tcW w:type="dxa" w:w="864"/>
            <w:vAlign w:val="center"/>
            <w:shd w:fill="F2F2F2"/>
          </w:tcPr>
          <w:p>
            <w:pPr>
              <w:spacing w:after="0" w:before="0"/>
              <w:jc w:val="center"/>
            </w:pPr>
            <w:r>
              <w:rPr>
                <w:rFonts w:ascii="Calibri" w:hAnsi="Calibri"/>
                <w:b/>
                <w:color w:val="505050"/>
                <w:sz w:val="20"/>
              </w:rPr>
              <w:t>4</w:t>
            </w:r>
          </w:p>
        </w:tc>
        <w:tc>
          <w:tcPr>
            <w:tcW w:type="dxa" w:w="4032"/>
            <w:vAlign w:val="center"/>
            <w:shd w:fill="F2F2F2"/>
          </w:tcPr>
          <w:p>
            <w:pPr>
              <w:spacing w:after="0" w:before="0"/>
            </w:pPr>
          </w:p>
        </w:tc>
        <w:tc>
          <w:tcPr>
            <w:tcW w:type="dxa" w:w="3168"/>
            <w:vAlign w:val="center"/>
            <w:shd w:fill="F2F2F2"/>
          </w:tcPr>
          <w:p>
            <w:pPr>
              <w:spacing w:after="0" w:before="0"/>
            </w:pPr>
          </w:p>
        </w:tc>
        <w:tc>
          <w:tcPr>
            <w:tcW w:type="dxa" w:w="1584"/>
            <w:vAlign w:val="center"/>
            <w:shd w:fill="F2F2F2"/>
          </w:tcPr>
          <w:p>
            <w:pPr>
              <w:spacing w:after="0" w:before="0"/>
            </w:pPr>
          </w:p>
        </w:tc>
        <w:tc>
          <w:tcPr>
            <w:tcW w:type="dxa" w:w="1728"/>
            <w:vAlign w:val="center"/>
            <w:shd w:fill="F2F2F2"/>
          </w:tcPr>
          <w:p>
            <w:pPr>
              <w:spacing w:after="0" w:before="0"/>
            </w:pPr>
          </w:p>
        </w:tc>
        <w:tc>
          <w:tcPr>
            <w:tcW w:type="dxa" w:w="1728"/>
            <w:vAlign w:val="center"/>
            <w:shd w:fill="F2F2F2"/>
          </w:tcPr>
          <w:p>
            <w:pPr>
              <w:spacing w:after="0" w:before="0"/>
            </w:pPr>
          </w:p>
        </w:tc>
        <w:tc>
          <w:tcPr>
            <w:tcW w:type="dxa" w:w="1728"/>
            <w:vAlign w:val="center"/>
            <w:shd w:fill="F2F2F2"/>
          </w:tcPr>
          <w:p>
            <w:pPr>
              <w:spacing w:after="0" w:before="0"/>
            </w:pPr>
          </w:p>
        </w:tc>
        <w:tc>
          <w:tcPr>
            <w:tcW w:type="dxa" w:w="1728"/>
            <w:vAlign w:val="center"/>
            <w:shd w:fill="F2F2F2"/>
          </w:tcPr>
          <w:p>
            <w:pPr>
              <w:spacing w:after="0" w:before="0"/>
            </w:pPr>
          </w:p>
        </w:tc>
      </w:tr>
      <w:tr>
        <w:trPr>
          <w:cantSplit/>
          <w:trHeight w:val="461"/>
        </w:trPr>
        <w:tc>
          <w:tcPr>
            <w:tcW w:type="dxa" w:w="864"/>
            <w:vAlign w:val="center"/>
            <w:shd w:fill="FFFFFF"/>
          </w:tcPr>
          <w:p>
            <w:pPr>
              <w:spacing w:after="0" w:before="0"/>
              <w:jc w:val="center"/>
            </w:pPr>
            <w:r>
              <w:rPr>
                <w:rFonts w:ascii="Calibri" w:hAnsi="Calibri"/>
                <w:b/>
                <w:color w:val="505050"/>
                <w:sz w:val="20"/>
              </w:rPr>
              <w:t>5</w:t>
            </w:r>
          </w:p>
        </w:tc>
        <w:tc>
          <w:tcPr>
            <w:tcW w:type="dxa" w:w="4032"/>
            <w:vAlign w:val="center"/>
            <w:shd w:fill="FFFFFF"/>
          </w:tcPr>
          <w:p>
            <w:pPr>
              <w:spacing w:after="0" w:before="0"/>
            </w:pPr>
          </w:p>
        </w:tc>
        <w:tc>
          <w:tcPr>
            <w:tcW w:type="dxa" w:w="3168"/>
            <w:vAlign w:val="center"/>
            <w:shd w:fill="FFFFFF"/>
          </w:tcPr>
          <w:p>
            <w:pPr>
              <w:spacing w:after="0" w:before="0"/>
            </w:pPr>
          </w:p>
        </w:tc>
        <w:tc>
          <w:tcPr>
            <w:tcW w:type="dxa" w:w="1584"/>
            <w:vAlign w:val="center"/>
            <w:shd w:fill="FFFFFF"/>
          </w:tcPr>
          <w:p>
            <w:pPr>
              <w:spacing w:after="0" w:before="0"/>
            </w:pPr>
          </w:p>
        </w:tc>
        <w:tc>
          <w:tcPr>
            <w:tcW w:type="dxa" w:w="1728"/>
            <w:vAlign w:val="center"/>
            <w:shd w:fill="FFFFFF"/>
          </w:tcPr>
          <w:p>
            <w:pPr>
              <w:spacing w:after="0" w:before="0"/>
            </w:pPr>
          </w:p>
        </w:tc>
        <w:tc>
          <w:tcPr>
            <w:tcW w:type="dxa" w:w="1728"/>
            <w:vAlign w:val="center"/>
            <w:shd w:fill="FFFFFF"/>
          </w:tcPr>
          <w:p>
            <w:pPr>
              <w:spacing w:after="0" w:before="0"/>
            </w:pPr>
          </w:p>
        </w:tc>
        <w:tc>
          <w:tcPr>
            <w:tcW w:type="dxa" w:w="1728"/>
            <w:vAlign w:val="center"/>
            <w:shd w:fill="FFFFFF"/>
          </w:tcPr>
          <w:p>
            <w:pPr>
              <w:spacing w:after="0" w:before="0"/>
            </w:pPr>
          </w:p>
        </w:tc>
        <w:tc>
          <w:tcPr>
            <w:tcW w:type="dxa" w:w="1728"/>
            <w:vAlign w:val="center"/>
            <w:shd w:fill="FFFFFF"/>
          </w:tcPr>
          <w:p>
            <w:pPr>
              <w:spacing w:after="0" w:before="0"/>
            </w:pPr>
          </w:p>
        </w:tc>
      </w:tr>
      <w:tr>
        <w:trPr>
          <w:cantSplit/>
          <w:trHeight w:val="461"/>
        </w:trPr>
        <w:tc>
          <w:tcPr>
            <w:tcW w:type="dxa" w:w="864"/>
            <w:vAlign w:val="center"/>
            <w:shd w:fill="F2F2F2"/>
          </w:tcPr>
          <w:p>
            <w:pPr>
              <w:spacing w:after="0" w:before="0"/>
              <w:jc w:val="center"/>
            </w:pPr>
            <w:r>
              <w:rPr>
                <w:rFonts w:ascii="Calibri" w:hAnsi="Calibri"/>
                <w:b/>
                <w:color w:val="505050"/>
                <w:sz w:val="20"/>
              </w:rPr>
              <w:t>6</w:t>
            </w:r>
          </w:p>
        </w:tc>
        <w:tc>
          <w:tcPr>
            <w:tcW w:type="dxa" w:w="4032"/>
            <w:vAlign w:val="center"/>
            <w:shd w:fill="F2F2F2"/>
          </w:tcPr>
          <w:p>
            <w:pPr>
              <w:spacing w:after="0" w:before="0"/>
            </w:pPr>
          </w:p>
        </w:tc>
        <w:tc>
          <w:tcPr>
            <w:tcW w:type="dxa" w:w="3168"/>
            <w:vAlign w:val="center"/>
            <w:shd w:fill="F2F2F2"/>
          </w:tcPr>
          <w:p>
            <w:pPr>
              <w:spacing w:after="0" w:before="0"/>
            </w:pPr>
          </w:p>
        </w:tc>
        <w:tc>
          <w:tcPr>
            <w:tcW w:type="dxa" w:w="1584"/>
            <w:vAlign w:val="center"/>
            <w:shd w:fill="F2F2F2"/>
          </w:tcPr>
          <w:p>
            <w:pPr>
              <w:spacing w:after="0" w:before="0"/>
            </w:pPr>
          </w:p>
        </w:tc>
        <w:tc>
          <w:tcPr>
            <w:tcW w:type="dxa" w:w="1728"/>
            <w:vAlign w:val="center"/>
            <w:shd w:fill="F2F2F2"/>
          </w:tcPr>
          <w:p>
            <w:pPr>
              <w:spacing w:after="0" w:before="0"/>
            </w:pPr>
          </w:p>
        </w:tc>
        <w:tc>
          <w:tcPr>
            <w:tcW w:type="dxa" w:w="1728"/>
            <w:vAlign w:val="center"/>
            <w:shd w:fill="F2F2F2"/>
          </w:tcPr>
          <w:p>
            <w:pPr>
              <w:spacing w:after="0" w:before="0"/>
            </w:pPr>
          </w:p>
        </w:tc>
        <w:tc>
          <w:tcPr>
            <w:tcW w:type="dxa" w:w="1728"/>
            <w:vAlign w:val="center"/>
            <w:shd w:fill="F2F2F2"/>
          </w:tcPr>
          <w:p>
            <w:pPr>
              <w:spacing w:after="0" w:before="0"/>
            </w:pPr>
          </w:p>
        </w:tc>
        <w:tc>
          <w:tcPr>
            <w:tcW w:type="dxa" w:w="1728"/>
            <w:vAlign w:val="center"/>
            <w:shd w:fill="F2F2F2"/>
          </w:tcPr>
          <w:p>
            <w:pPr>
              <w:spacing w:after="0" w:before="0"/>
            </w:pPr>
          </w:p>
        </w:tc>
      </w:tr>
      <w:tr>
        <w:trPr>
          <w:cantSplit/>
          <w:trHeight w:val="461"/>
        </w:trPr>
        <w:tc>
          <w:tcPr>
            <w:tcW w:type="dxa" w:w="864"/>
            <w:vAlign w:val="center"/>
            <w:shd w:fill="FFFFFF"/>
          </w:tcPr>
          <w:p>
            <w:pPr>
              <w:spacing w:after="0" w:before="0"/>
              <w:jc w:val="center"/>
            </w:pPr>
            <w:r>
              <w:rPr>
                <w:rFonts w:ascii="Calibri" w:hAnsi="Calibri"/>
                <w:b/>
                <w:color w:val="505050"/>
                <w:sz w:val="20"/>
              </w:rPr>
              <w:t>7</w:t>
            </w:r>
          </w:p>
        </w:tc>
        <w:tc>
          <w:tcPr>
            <w:tcW w:type="dxa" w:w="4032"/>
            <w:vAlign w:val="center"/>
            <w:shd w:fill="FFFFFF"/>
          </w:tcPr>
          <w:p>
            <w:pPr>
              <w:spacing w:after="0" w:before="0"/>
            </w:pPr>
          </w:p>
        </w:tc>
        <w:tc>
          <w:tcPr>
            <w:tcW w:type="dxa" w:w="3168"/>
            <w:vAlign w:val="center"/>
            <w:shd w:fill="FFFFFF"/>
          </w:tcPr>
          <w:p>
            <w:pPr>
              <w:spacing w:after="0" w:before="0"/>
            </w:pPr>
          </w:p>
        </w:tc>
        <w:tc>
          <w:tcPr>
            <w:tcW w:type="dxa" w:w="1584"/>
            <w:vAlign w:val="center"/>
            <w:shd w:fill="FFFFFF"/>
          </w:tcPr>
          <w:p>
            <w:pPr>
              <w:spacing w:after="0" w:before="0"/>
            </w:pPr>
          </w:p>
        </w:tc>
        <w:tc>
          <w:tcPr>
            <w:tcW w:type="dxa" w:w="1728"/>
            <w:vAlign w:val="center"/>
            <w:shd w:fill="FFFFFF"/>
          </w:tcPr>
          <w:p>
            <w:pPr>
              <w:spacing w:after="0" w:before="0"/>
            </w:pPr>
          </w:p>
        </w:tc>
        <w:tc>
          <w:tcPr>
            <w:tcW w:type="dxa" w:w="1728"/>
            <w:vAlign w:val="center"/>
            <w:shd w:fill="FFFFFF"/>
          </w:tcPr>
          <w:p>
            <w:pPr>
              <w:spacing w:after="0" w:before="0"/>
            </w:pPr>
          </w:p>
        </w:tc>
        <w:tc>
          <w:tcPr>
            <w:tcW w:type="dxa" w:w="1728"/>
            <w:vAlign w:val="center"/>
            <w:shd w:fill="FFFFFF"/>
          </w:tcPr>
          <w:p>
            <w:pPr>
              <w:spacing w:after="0" w:before="0"/>
            </w:pPr>
          </w:p>
        </w:tc>
        <w:tc>
          <w:tcPr>
            <w:tcW w:type="dxa" w:w="1728"/>
            <w:vAlign w:val="center"/>
            <w:shd w:fill="FFFFFF"/>
          </w:tcPr>
          <w:p>
            <w:pPr>
              <w:spacing w:after="0" w:before="0"/>
            </w:pPr>
          </w:p>
        </w:tc>
      </w:tr>
      <w:tr>
        <w:trPr>
          <w:cantSplit/>
          <w:trHeight w:val="461"/>
        </w:trPr>
        <w:tc>
          <w:tcPr>
            <w:tcW w:type="dxa" w:w="864"/>
            <w:vAlign w:val="center"/>
            <w:shd w:fill="F2F2F2"/>
          </w:tcPr>
          <w:p>
            <w:pPr>
              <w:spacing w:after="0" w:before="0"/>
              <w:jc w:val="center"/>
            </w:pPr>
            <w:r>
              <w:rPr>
                <w:rFonts w:ascii="Calibri" w:hAnsi="Calibri"/>
                <w:b/>
                <w:color w:val="505050"/>
                <w:sz w:val="20"/>
              </w:rPr>
              <w:t>8</w:t>
            </w:r>
          </w:p>
        </w:tc>
        <w:tc>
          <w:tcPr>
            <w:tcW w:type="dxa" w:w="4032"/>
            <w:vAlign w:val="center"/>
            <w:shd w:fill="F2F2F2"/>
          </w:tcPr>
          <w:p>
            <w:pPr>
              <w:spacing w:after="0" w:before="0"/>
            </w:pPr>
          </w:p>
        </w:tc>
        <w:tc>
          <w:tcPr>
            <w:tcW w:type="dxa" w:w="3168"/>
            <w:vAlign w:val="center"/>
            <w:shd w:fill="F2F2F2"/>
          </w:tcPr>
          <w:p>
            <w:pPr>
              <w:spacing w:after="0" w:before="0"/>
            </w:pPr>
          </w:p>
        </w:tc>
        <w:tc>
          <w:tcPr>
            <w:tcW w:type="dxa" w:w="1584"/>
            <w:vAlign w:val="center"/>
            <w:shd w:fill="F2F2F2"/>
          </w:tcPr>
          <w:p>
            <w:pPr>
              <w:spacing w:after="0" w:before="0"/>
            </w:pPr>
          </w:p>
        </w:tc>
        <w:tc>
          <w:tcPr>
            <w:tcW w:type="dxa" w:w="1728"/>
            <w:vAlign w:val="center"/>
            <w:shd w:fill="F2F2F2"/>
          </w:tcPr>
          <w:p>
            <w:pPr>
              <w:spacing w:after="0" w:before="0"/>
            </w:pPr>
          </w:p>
        </w:tc>
        <w:tc>
          <w:tcPr>
            <w:tcW w:type="dxa" w:w="1728"/>
            <w:vAlign w:val="center"/>
            <w:shd w:fill="F2F2F2"/>
          </w:tcPr>
          <w:p>
            <w:pPr>
              <w:spacing w:after="0" w:before="0"/>
            </w:pPr>
          </w:p>
        </w:tc>
        <w:tc>
          <w:tcPr>
            <w:tcW w:type="dxa" w:w="1728"/>
            <w:vAlign w:val="center"/>
            <w:shd w:fill="F2F2F2"/>
          </w:tcPr>
          <w:p>
            <w:pPr>
              <w:spacing w:after="0" w:before="0"/>
            </w:pPr>
          </w:p>
        </w:tc>
        <w:tc>
          <w:tcPr>
            <w:tcW w:type="dxa" w:w="1728"/>
            <w:vAlign w:val="center"/>
            <w:shd w:fill="F2F2F2"/>
          </w:tcPr>
          <w:p>
            <w:pPr>
              <w:spacing w:after="0" w:before="0"/>
            </w:pPr>
          </w:p>
        </w:tc>
      </w:tr>
      <w:tr>
        <w:trPr>
          <w:cantSplit/>
          <w:trHeight w:val="461"/>
        </w:trPr>
        <w:tc>
          <w:tcPr>
            <w:tcW w:type="dxa" w:w="864"/>
            <w:vAlign w:val="center"/>
            <w:shd w:fill="FFFFFF"/>
          </w:tcPr>
          <w:p>
            <w:pPr>
              <w:spacing w:after="0" w:before="0"/>
              <w:jc w:val="center"/>
            </w:pPr>
            <w:r>
              <w:rPr>
                <w:rFonts w:ascii="Calibri" w:hAnsi="Calibri"/>
                <w:b/>
                <w:color w:val="505050"/>
                <w:sz w:val="20"/>
              </w:rPr>
              <w:t>9</w:t>
            </w:r>
          </w:p>
        </w:tc>
        <w:tc>
          <w:tcPr>
            <w:tcW w:type="dxa" w:w="4032"/>
            <w:vAlign w:val="center"/>
            <w:shd w:fill="FFFFFF"/>
          </w:tcPr>
          <w:p>
            <w:pPr>
              <w:spacing w:after="0" w:before="0"/>
            </w:pPr>
          </w:p>
        </w:tc>
        <w:tc>
          <w:tcPr>
            <w:tcW w:type="dxa" w:w="3168"/>
            <w:vAlign w:val="center"/>
            <w:shd w:fill="FFFFFF"/>
          </w:tcPr>
          <w:p>
            <w:pPr>
              <w:spacing w:after="0" w:before="0"/>
            </w:pPr>
          </w:p>
        </w:tc>
        <w:tc>
          <w:tcPr>
            <w:tcW w:type="dxa" w:w="1584"/>
            <w:vAlign w:val="center"/>
            <w:shd w:fill="FFFFFF"/>
          </w:tcPr>
          <w:p>
            <w:pPr>
              <w:spacing w:after="0" w:before="0"/>
            </w:pPr>
          </w:p>
        </w:tc>
        <w:tc>
          <w:tcPr>
            <w:tcW w:type="dxa" w:w="1728"/>
            <w:vAlign w:val="center"/>
            <w:shd w:fill="FFFFFF"/>
          </w:tcPr>
          <w:p>
            <w:pPr>
              <w:spacing w:after="0" w:before="0"/>
            </w:pPr>
          </w:p>
        </w:tc>
        <w:tc>
          <w:tcPr>
            <w:tcW w:type="dxa" w:w="1728"/>
            <w:vAlign w:val="center"/>
            <w:shd w:fill="FFFFFF"/>
          </w:tcPr>
          <w:p>
            <w:pPr>
              <w:spacing w:after="0" w:before="0"/>
            </w:pPr>
          </w:p>
        </w:tc>
        <w:tc>
          <w:tcPr>
            <w:tcW w:type="dxa" w:w="1728"/>
            <w:vAlign w:val="center"/>
            <w:shd w:fill="FFFFFF"/>
          </w:tcPr>
          <w:p>
            <w:pPr>
              <w:spacing w:after="0" w:before="0"/>
            </w:pPr>
          </w:p>
        </w:tc>
        <w:tc>
          <w:tcPr>
            <w:tcW w:type="dxa" w:w="1728"/>
            <w:vAlign w:val="center"/>
            <w:shd w:fill="FFFFFF"/>
          </w:tcPr>
          <w:p>
            <w:pPr>
              <w:spacing w:after="0" w:before="0"/>
            </w:pPr>
          </w:p>
        </w:tc>
      </w:tr>
      <w:tr>
        <w:trPr>
          <w:cantSplit/>
          <w:trHeight w:val="461"/>
        </w:trPr>
        <w:tc>
          <w:tcPr>
            <w:tcW w:type="dxa" w:w="864"/>
            <w:vAlign w:val="center"/>
            <w:shd w:fill="F2F2F2"/>
          </w:tcPr>
          <w:p>
            <w:pPr>
              <w:spacing w:after="0" w:before="0"/>
              <w:jc w:val="center"/>
            </w:pPr>
            <w:r>
              <w:rPr>
                <w:rFonts w:ascii="Calibri" w:hAnsi="Calibri"/>
                <w:b/>
                <w:color w:val="505050"/>
                <w:sz w:val="20"/>
              </w:rPr>
              <w:t>10</w:t>
            </w:r>
          </w:p>
        </w:tc>
        <w:tc>
          <w:tcPr>
            <w:tcW w:type="dxa" w:w="4032"/>
            <w:vAlign w:val="center"/>
            <w:shd w:fill="F2F2F2"/>
          </w:tcPr>
          <w:p>
            <w:pPr>
              <w:spacing w:after="0" w:before="0"/>
            </w:pPr>
          </w:p>
        </w:tc>
        <w:tc>
          <w:tcPr>
            <w:tcW w:type="dxa" w:w="3168"/>
            <w:vAlign w:val="center"/>
            <w:shd w:fill="F2F2F2"/>
          </w:tcPr>
          <w:p>
            <w:pPr>
              <w:spacing w:after="0" w:before="0"/>
            </w:pPr>
          </w:p>
        </w:tc>
        <w:tc>
          <w:tcPr>
            <w:tcW w:type="dxa" w:w="1584"/>
            <w:vAlign w:val="center"/>
            <w:shd w:fill="F2F2F2"/>
          </w:tcPr>
          <w:p>
            <w:pPr>
              <w:spacing w:after="0" w:before="0"/>
            </w:pPr>
          </w:p>
        </w:tc>
        <w:tc>
          <w:tcPr>
            <w:tcW w:type="dxa" w:w="1728"/>
            <w:vAlign w:val="center"/>
            <w:shd w:fill="F2F2F2"/>
          </w:tcPr>
          <w:p>
            <w:pPr>
              <w:spacing w:after="0" w:before="0"/>
            </w:pPr>
          </w:p>
        </w:tc>
        <w:tc>
          <w:tcPr>
            <w:tcW w:type="dxa" w:w="1728"/>
            <w:vAlign w:val="center"/>
            <w:shd w:fill="F2F2F2"/>
          </w:tcPr>
          <w:p>
            <w:pPr>
              <w:spacing w:after="0" w:before="0"/>
            </w:pPr>
          </w:p>
        </w:tc>
        <w:tc>
          <w:tcPr>
            <w:tcW w:type="dxa" w:w="1728"/>
            <w:vAlign w:val="center"/>
            <w:shd w:fill="F2F2F2"/>
          </w:tcPr>
          <w:p>
            <w:pPr>
              <w:spacing w:after="0" w:before="0"/>
            </w:pPr>
          </w:p>
        </w:tc>
        <w:tc>
          <w:tcPr>
            <w:tcW w:type="dxa" w:w="1728"/>
            <w:vAlign w:val="center"/>
            <w:shd w:fill="F2F2F2"/>
          </w:tcPr>
          <w:p>
            <w:pPr>
              <w:spacing w:after="0" w:before="0"/>
            </w:pPr>
          </w:p>
        </w:tc>
      </w:tr>
      <w:tr>
        <w:trPr>
          <w:cantSplit/>
          <w:trHeight w:val="461"/>
        </w:trPr>
        <w:tc>
          <w:tcPr>
            <w:tcW w:type="dxa" w:w="864"/>
            <w:vAlign w:val="center"/>
            <w:shd w:fill="FFFFFF"/>
          </w:tcPr>
          <w:p>
            <w:pPr>
              <w:spacing w:after="0" w:before="0"/>
              <w:jc w:val="center"/>
            </w:pPr>
            <w:r>
              <w:rPr>
                <w:rFonts w:ascii="Calibri" w:hAnsi="Calibri"/>
                <w:b/>
                <w:color w:val="505050"/>
                <w:sz w:val="20"/>
              </w:rPr>
              <w:t>11</w:t>
            </w:r>
          </w:p>
        </w:tc>
        <w:tc>
          <w:tcPr>
            <w:tcW w:type="dxa" w:w="4032"/>
            <w:vAlign w:val="center"/>
            <w:shd w:fill="FFFFFF"/>
          </w:tcPr>
          <w:p>
            <w:pPr>
              <w:spacing w:after="0" w:before="0"/>
            </w:pPr>
          </w:p>
        </w:tc>
        <w:tc>
          <w:tcPr>
            <w:tcW w:type="dxa" w:w="3168"/>
            <w:vAlign w:val="center"/>
            <w:shd w:fill="FFFFFF"/>
          </w:tcPr>
          <w:p>
            <w:pPr>
              <w:spacing w:after="0" w:before="0"/>
            </w:pPr>
          </w:p>
        </w:tc>
        <w:tc>
          <w:tcPr>
            <w:tcW w:type="dxa" w:w="1584"/>
            <w:vAlign w:val="center"/>
            <w:shd w:fill="FFFFFF"/>
          </w:tcPr>
          <w:p>
            <w:pPr>
              <w:spacing w:after="0" w:before="0"/>
            </w:pPr>
          </w:p>
        </w:tc>
        <w:tc>
          <w:tcPr>
            <w:tcW w:type="dxa" w:w="1728"/>
            <w:vAlign w:val="center"/>
            <w:shd w:fill="FFFFFF"/>
          </w:tcPr>
          <w:p>
            <w:pPr>
              <w:spacing w:after="0" w:before="0"/>
            </w:pPr>
          </w:p>
        </w:tc>
        <w:tc>
          <w:tcPr>
            <w:tcW w:type="dxa" w:w="1728"/>
            <w:vAlign w:val="center"/>
            <w:shd w:fill="FFFFFF"/>
          </w:tcPr>
          <w:p>
            <w:pPr>
              <w:spacing w:after="0" w:before="0"/>
            </w:pPr>
          </w:p>
        </w:tc>
        <w:tc>
          <w:tcPr>
            <w:tcW w:type="dxa" w:w="1728"/>
            <w:vAlign w:val="center"/>
            <w:shd w:fill="FFFFFF"/>
          </w:tcPr>
          <w:p>
            <w:pPr>
              <w:spacing w:after="0" w:before="0"/>
            </w:pPr>
          </w:p>
        </w:tc>
        <w:tc>
          <w:tcPr>
            <w:tcW w:type="dxa" w:w="1728"/>
            <w:vAlign w:val="center"/>
            <w:shd w:fill="FFFFFF"/>
          </w:tcPr>
          <w:p>
            <w:pPr>
              <w:spacing w:after="0" w:before="0"/>
            </w:pPr>
          </w:p>
        </w:tc>
      </w:tr>
      <w:tr>
        <w:trPr>
          <w:cantSplit/>
          <w:trHeight w:val="461"/>
        </w:trPr>
        <w:tc>
          <w:tcPr>
            <w:tcW w:type="dxa" w:w="864"/>
            <w:vAlign w:val="center"/>
            <w:shd w:fill="F2F2F2"/>
          </w:tcPr>
          <w:p>
            <w:pPr>
              <w:spacing w:after="0" w:before="0"/>
              <w:jc w:val="center"/>
            </w:pPr>
            <w:r>
              <w:rPr>
                <w:rFonts w:ascii="Calibri" w:hAnsi="Calibri"/>
                <w:b/>
                <w:color w:val="505050"/>
                <w:sz w:val="20"/>
              </w:rPr>
              <w:t>12</w:t>
            </w:r>
          </w:p>
        </w:tc>
        <w:tc>
          <w:tcPr>
            <w:tcW w:type="dxa" w:w="4032"/>
            <w:vAlign w:val="center"/>
            <w:shd w:fill="F2F2F2"/>
          </w:tcPr>
          <w:p>
            <w:pPr>
              <w:spacing w:after="0" w:before="0"/>
            </w:pPr>
          </w:p>
        </w:tc>
        <w:tc>
          <w:tcPr>
            <w:tcW w:type="dxa" w:w="3168"/>
            <w:vAlign w:val="center"/>
            <w:shd w:fill="F2F2F2"/>
          </w:tcPr>
          <w:p>
            <w:pPr>
              <w:spacing w:after="0" w:before="0"/>
            </w:pPr>
          </w:p>
        </w:tc>
        <w:tc>
          <w:tcPr>
            <w:tcW w:type="dxa" w:w="1584"/>
            <w:vAlign w:val="center"/>
            <w:shd w:fill="F2F2F2"/>
          </w:tcPr>
          <w:p>
            <w:pPr>
              <w:spacing w:after="0" w:before="0"/>
            </w:pPr>
          </w:p>
        </w:tc>
        <w:tc>
          <w:tcPr>
            <w:tcW w:type="dxa" w:w="1728"/>
            <w:vAlign w:val="center"/>
            <w:shd w:fill="F2F2F2"/>
          </w:tcPr>
          <w:p>
            <w:pPr>
              <w:spacing w:after="0" w:before="0"/>
            </w:pPr>
          </w:p>
        </w:tc>
        <w:tc>
          <w:tcPr>
            <w:tcW w:type="dxa" w:w="1728"/>
            <w:vAlign w:val="center"/>
            <w:shd w:fill="F2F2F2"/>
          </w:tcPr>
          <w:p>
            <w:pPr>
              <w:spacing w:after="0" w:before="0"/>
            </w:pPr>
          </w:p>
        </w:tc>
        <w:tc>
          <w:tcPr>
            <w:tcW w:type="dxa" w:w="1728"/>
            <w:vAlign w:val="center"/>
            <w:shd w:fill="F2F2F2"/>
          </w:tcPr>
          <w:p>
            <w:pPr>
              <w:spacing w:after="0" w:before="0"/>
            </w:pPr>
          </w:p>
        </w:tc>
        <w:tc>
          <w:tcPr>
            <w:tcW w:type="dxa" w:w="1728"/>
            <w:vAlign w:val="center"/>
            <w:shd w:fill="F2F2F2"/>
          </w:tcPr>
          <w:p>
            <w:pPr>
              <w:spacing w:after="0" w:before="0"/>
            </w:pPr>
          </w:p>
        </w:tc>
      </w:tr>
      <w:tr>
        <w:trPr>
          <w:cantSplit/>
          <w:trHeight w:val="461"/>
        </w:trPr>
        <w:tc>
          <w:tcPr>
            <w:tcW w:type="dxa" w:w="864"/>
            <w:vAlign w:val="center"/>
            <w:shd w:fill="FFFFFF"/>
          </w:tcPr>
          <w:p>
            <w:pPr>
              <w:spacing w:after="0" w:before="0"/>
              <w:jc w:val="center"/>
            </w:pPr>
            <w:r>
              <w:rPr>
                <w:rFonts w:ascii="Calibri" w:hAnsi="Calibri"/>
                <w:b/>
                <w:color w:val="505050"/>
                <w:sz w:val="20"/>
              </w:rPr>
              <w:t>13</w:t>
            </w:r>
          </w:p>
        </w:tc>
        <w:tc>
          <w:tcPr>
            <w:tcW w:type="dxa" w:w="4032"/>
            <w:vAlign w:val="center"/>
            <w:shd w:fill="FFFFFF"/>
          </w:tcPr>
          <w:p>
            <w:pPr>
              <w:spacing w:after="0" w:before="0"/>
            </w:pPr>
          </w:p>
        </w:tc>
        <w:tc>
          <w:tcPr>
            <w:tcW w:type="dxa" w:w="3168"/>
            <w:vAlign w:val="center"/>
            <w:shd w:fill="FFFFFF"/>
          </w:tcPr>
          <w:p>
            <w:pPr>
              <w:spacing w:after="0" w:before="0"/>
            </w:pPr>
          </w:p>
        </w:tc>
        <w:tc>
          <w:tcPr>
            <w:tcW w:type="dxa" w:w="1584"/>
            <w:vAlign w:val="center"/>
            <w:shd w:fill="FFFFFF"/>
          </w:tcPr>
          <w:p>
            <w:pPr>
              <w:spacing w:after="0" w:before="0"/>
            </w:pPr>
          </w:p>
        </w:tc>
        <w:tc>
          <w:tcPr>
            <w:tcW w:type="dxa" w:w="1728"/>
            <w:vAlign w:val="center"/>
            <w:shd w:fill="FFFFFF"/>
          </w:tcPr>
          <w:p>
            <w:pPr>
              <w:spacing w:after="0" w:before="0"/>
            </w:pPr>
          </w:p>
        </w:tc>
        <w:tc>
          <w:tcPr>
            <w:tcW w:type="dxa" w:w="1728"/>
            <w:vAlign w:val="center"/>
            <w:shd w:fill="FFFFFF"/>
          </w:tcPr>
          <w:p>
            <w:pPr>
              <w:spacing w:after="0" w:before="0"/>
            </w:pPr>
          </w:p>
        </w:tc>
        <w:tc>
          <w:tcPr>
            <w:tcW w:type="dxa" w:w="1728"/>
            <w:vAlign w:val="center"/>
            <w:shd w:fill="FFFFFF"/>
          </w:tcPr>
          <w:p>
            <w:pPr>
              <w:spacing w:after="0" w:before="0"/>
            </w:pPr>
          </w:p>
        </w:tc>
        <w:tc>
          <w:tcPr>
            <w:tcW w:type="dxa" w:w="1728"/>
            <w:vAlign w:val="center"/>
            <w:shd w:fill="FFFFFF"/>
          </w:tcPr>
          <w:p>
            <w:pPr>
              <w:spacing w:after="0" w:before="0"/>
            </w:pPr>
          </w:p>
        </w:tc>
      </w:tr>
      <w:tr>
        <w:trPr>
          <w:cantSplit/>
          <w:trHeight w:val="461"/>
        </w:trPr>
        <w:tc>
          <w:tcPr>
            <w:tcW w:type="dxa" w:w="864"/>
            <w:vAlign w:val="center"/>
            <w:shd w:fill="F2F2F2"/>
          </w:tcPr>
          <w:p>
            <w:pPr>
              <w:spacing w:after="0" w:before="0"/>
              <w:jc w:val="center"/>
            </w:pPr>
            <w:r>
              <w:rPr>
                <w:rFonts w:ascii="Calibri" w:hAnsi="Calibri"/>
                <w:b/>
                <w:color w:val="505050"/>
                <w:sz w:val="20"/>
              </w:rPr>
              <w:t>14</w:t>
            </w:r>
          </w:p>
        </w:tc>
        <w:tc>
          <w:tcPr>
            <w:tcW w:type="dxa" w:w="4032"/>
            <w:vAlign w:val="center"/>
            <w:shd w:fill="F2F2F2"/>
          </w:tcPr>
          <w:p>
            <w:pPr>
              <w:spacing w:after="0" w:before="0"/>
            </w:pPr>
          </w:p>
        </w:tc>
        <w:tc>
          <w:tcPr>
            <w:tcW w:type="dxa" w:w="3168"/>
            <w:vAlign w:val="center"/>
            <w:shd w:fill="F2F2F2"/>
          </w:tcPr>
          <w:p>
            <w:pPr>
              <w:spacing w:after="0" w:before="0"/>
            </w:pPr>
          </w:p>
        </w:tc>
        <w:tc>
          <w:tcPr>
            <w:tcW w:type="dxa" w:w="1584"/>
            <w:vAlign w:val="center"/>
            <w:shd w:fill="F2F2F2"/>
          </w:tcPr>
          <w:p>
            <w:pPr>
              <w:spacing w:after="0" w:before="0"/>
            </w:pPr>
          </w:p>
        </w:tc>
        <w:tc>
          <w:tcPr>
            <w:tcW w:type="dxa" w:w="1728"/>
            <w:vAlign w:val="center"/>
            <w:shd w:fill="F2F2F2"/>
          </w:tcPr>
          <w:p>
            <w:pPr>
              <w:spacing w:after="0" w:before="0"/>
            </w:pPr>
          </w:p>
        </w:tc>
        <w:tc>
          <w:tcPr>
            <w:tcW w:type="dxa" w:w="1728"/>
            <w:vAlign w:val="center"/>
            <w:shd w:fill="F2F2F2"/>
          </w:tcPr>
          <w:p>
            <w:pPr>
              <w:spacing w:after="0" w:before="0"/>
            </w:pPr>
          </w:p>
        </w:tc>
        <w:tc>
          <w:tcPr>
            <w:tcW w:type="dxa" w:w="1728"/>
            <w:vAlign w:val="center"/>
            <w:shd w:fill="F2F2F2"/>
          </w:tcPr>
          <w:p>
            <w:pPr>
              <w:spacing w:after="0" w:before="0"/>
            </w:pPr>
          </w:p>
        </w:tc>
        <w:tc>
          <w:tcPr>
            <w:tcW w:type="dxa" w:w="1728"/>
            <w:vAlign w:val="center"/>
            <w:shd w:fill="F2F2F2"/>
          </w:tcPr>
          <w:p>
            <w:pPr>
              <w:spacing w:after="0" w:before="0"/>
            </w:pPr>
          </w:p>
        </w:tc>
      </w:tr>
      <w:tr>
        <w:trPr>
          <w:cantSplit/>
          <w:trHeight w:val="461"/>
        </w:trPr>
        <w:tc>
          <w:tcPr>
            <w:tcW w:type="dxa" w:w="864"/>
            <w:vAlign w:val="center"/>
            <w:shd w:fill="FFFFFF"/>
          </w:tcPr>
          <w:p>
            <w:pPr>
              <w:spacing w:after="0" w:before="0"/>
              <w:jc w:val="center"/>
            </w:pPr>
            <w:r>
              <w:rPr>
                <w:rFonts w:ascii="Calibri" w:hAnsi="Calibri"/>
                <w:b/>
                <w:color w:val="505050"/>
                <w:sz w:val="20"/>
              </w:rPr>
              <w:t>15</w:t>
            </w:r>
          </w:p>
        </w:tc>
        <w:tc>
          <w:tcPr>
            <w:tcW w:type="dxa" w:w="4032"/>
            <w:vAlign w:val="center"/>
            <w:shd w:fill="FFFFFF"/>
          </w:tcPr>
          <w:p>
            <w:pPr>
              <w:spacing w:after="0" w:before="0"/>
            </w:pPr>
          </w:p>
        </w:tc>
        <w:tc>
          <w:tcPr>
            <w:tcW w:type="dxa" w:w="3168"/>
            <w:vAlign w:val="center"/>
            <w:shd w:fill="FFFFFF"/>
          </w:tcPr>
          <w:p>
            <w:pPr>
              <w:spacing w:after="0" w:before="0"/>
            </w:pPr>
          </w:p>
        </w:tc>
        <w:tc>
          <w:tcPr>
            <w:tcW w:type="dxa" w:w="1584"/>
            <w:vAlign w:val="center"/>
            <w:shd w:fill="FFFFFF"/>
          </w:tcPr>
          <w:p>
            <w:pPr>
              <w:spacing w:after="0" w:before="0"/>
            </w:pPr>
          </w:p>
        </w:tc>
        <w:tc>
          <w:tcPr>
            <w:tcW w:type="dxa" w:w="1728"/>
            <w:vAlign w:val="center"/>
            <w:shd w:fill="FFFFFF"/>
          </w:tcPr>
          <w:p>
            <w:pPr>
              <w:spacing w:after="0" w:before="0"/>
            </w:pPr>
          </w:p>
        </w:tc>
        <w:tc>
          <w:tcPr>
            <w:tcW w:type="dxa" w:w="1728"/>
            <w:vAlign w:val="center"/>
            <w:shd w:fill="FFFFFF"/>
          </w:tcPr>
          <w:p>
            <w:pPr>
              <w:spacing w:after="0" w:before="0"/>
            </w:pPr>
          </w:p>
        </w:tc>
        <w:tc>
          <w:tcPr>
            <w:tcW w:type="dxa" w:w="1728"/>
            <w:vAlign w:val="center"/>
            <w:shd w:fill="FFFFFF"/>
          </w:tcPr>
          <w:p>
            <w:pPr>
              <w:spacing w:after="0" w:before="0"/>
            </w:pPr>
          </w:p>
        </w:tc>
        <w:tc>
          <w:tcPr>
            <w:tcW w:type="dxa" w:w="1728"/>
            <w:vAlign w:val="center"/>
            <w:shd w:fill="FFFFFF"/>
          </w:tcPr>
          <w:p>
            <w:pPr>
              <w:spacing w:after="0" w:before="0"/>
            </w:pPr>
          </w:p>
        </w:tc>
      </w:tr>
    </w:tbl>
    <w:sectPr w:rsidR="00FC693F" w:rsidRPr="0006063C" w:rsidSect="00034616">
      <w:pgSz w:w="16834" w:h="11909"/>
      <w:pgMar w:top="864" w:right="864" w:bottom="864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